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itle"/>
      </w:pPr>
      <w:r>
        <w:t>Front Desk Assistant – Job Description</w:t>
      </w:r>
    </w:p>
    <w:p>
      <w:r>
        <w:t>**Position Title:** Front Desk Assistant</w:t>
      </w:r>
    </w:p>
    <w:p>
      <w:r>
        <w:t>**Location:** [Insert Location]</w:t>
      </w:r>
    </w:p>
    <w:p>
      <w:r>
        <w:t>**Employment Type:** Full-time/Part-time (specify as needed)</w:t>
      </w:r>
    </w:p>
    <w:p>
      <w:r>
        <w:t>**Reports To:** Office Manager / Administrative Supervisor</w:t>
      </w:r>
    </w:p>
    <w:p>
      <w:pPr>
        <w:pStyle w:val="Heading1"/>
      </w:pPr>
      <w:r>
        <w:t>Job Summary</w:t>
      </w:r>
    </w:p>
    <w:p>
      <w:r>
        <w:t>The Front Desk Assistant serves as the first point of contact for visitors, clients, and employees entering the organization. This role requires balancing administrative, customer service, and operational tasks in a fast-paced environment. The assistant is responsible for ensuring smooth day-to-day operations at the reception desk, maintaining accurate records, coordinating with multiple departments, and upholding the professional image of the organization.</w:t>
      </w:r>
    </w:p>
    <w:p>
      <w:pPr>
        <w:pStyle w:val="Heading1"/>
      </w:pPr>
      <w:r>
        <w:t>Key Responsibilities</w:t>
      </w:r>
    </w:p>
    <w:p>
      <w:pPr>
        <w:pStyle w:val="Heading2"/>
      </w:pPr>
      <w:r>
        <w:t>Reception &amp; Customer Service</w:t>
      </w:r>
    </w:p>
    <w:p>
      <w:r>
        <w:t>- Greet and direct visitors, clients, and staff in a professional manner.</w:t>
      </w:r>
    </w:p>
    <w:p>
      <w:r>
        <w:t>- Manage incoming calls, emails, and inquiries; redirect communications as appropriate.</w:t>
      </w:r>
    </w:p>
    <w:p>
      <w:r>
        <w:t>- Maintain the visitor log, issue badges, and ensure adherence to security protocols.</w:t>
      </w:r>
    </w:p>
    <w:p>
      <w:pPr>
        <w:pStyle w:val="Heading2"/>
      </w:pPr>
      <w:r>
        <w:t>Administrative Support</w:t>
      </w:r>
    </w:p>
    <w:p>
      <w:r>
        <w:t>- Schedule and coordinate meetings, conference rooms, and office resources.</w:t>
      </w:r>
    </w:p>
    <w:p>
      <w:r>
        <w:t>- Assist with document preparation, correspondence, and filing (digital and paper).</w:t>
      </w:r>
    </w:p>
    <w:p>
      <w:r>
        <w:t>- Receive, sort, and distribute mail, deliveries, and packages.</w:t>
      </w:r>
    </w:p>
    <w:p>
      <w:r>
        <w:t>- Track and replenish office supplies, coordinating with vendors when necessary.</w:t>
      </w:r>
    </w:p>
    <w:p>
      <w:pPr>
        <w:pStyle w:val="Heading2"/>
      </w:pPr>
      <w:r>
        <w:t>Operational Duties</w:t>
      </w:r>
    </w:p>
    <w:p>
      <w:r>
        <w:t>- Support onboarding processes by preparing new-hire materials and orientation packets.</w:t>
      </w:r>
    </w:p>
    <w:p>
      <w:r>
        <w:t>- Assist with travel arrangements, expense reporting, and event coordination.</w:t>
      </w:r>
    </w:p>
    <w:p>
      <w:r>
        <w:t>- Monitor office equipment functionality and submit maintenance requests as needed.</w:t>
      </w:r>
    </w:p>
    <w:p>
      <w:r>
        <w:t>- Handle confidential information with discretion.</w:t>
      </w:r>
    </w:p>
    <w:p>
      <w:pPr>
        <w:pStyle w:val="Heading2"/>
      </w:pPr>
      <w:r>
        <w:t>Cross-Departmental Coordination</w:t>
      </w:r>
    </w:p>
    <w:p>
      <w:r>
        <w:t>- Liaise with HR, Finance, and IT to support administrative workflows.</w:t>
      </w:r>
    </w:p>
    <w:p>
      <w:r>
        <w:t>- Participate in office improvement initiatives and provide feedback on processes.</w:t>
      </w:r>
    </w:p>
    <w:p>
      <w:pPr>
        <w:pStyle w:val="Heading1"/>
      </w:pPr>
      <w:r>
        <w:t>Qualifications</w:t>
      </w:r>
    </w:p>
    <w:p>
      <w:r>
        <w:t>- High school diploma or equivalent required; associate’s or bachelor’s degree preferred.</w:t>
      </w:r>
    </w:p>
    <w:p>
      <w:r>
        <w:t>- Minimum of 1–2 years of experience in customer service, reception, or administrative roles.</w:t>
      </w:r>
    </w:p>
    <w:p>
      <w:r>
        <w:t>- Proficiency in Microsoft Office Suite; familiarity with scheduling software and office equipment.</w:t>
      </w:r>
    </w:p>
    <w:p>
      <w:r>
        <w:t>- Strong interpersonal and communication skills with the ability to interact with diverse groups.</w:t>
      </w:r>
    </w:p>
    <w:p>
      <w:r>
        <w:t>- Demonstrated ability to multitask, prioritize responsibilities, and adapt to shifting demands.</w:t>
      </w:r>
    </w:p>
    <w:p>
      <w:r>
        <w:t>- Professional demeanor, punctuality, and attention to detail required.</w:t>
      </w:r>
    </w:p>
    <w:p>
      <w:pPr>
        <w:pStyle w:val="Heading1"/>
      </w:pPr>
      <w:r>
        <w:t>Working Conditions</w:t>
      </w:r>
    </w:p>
    <w:p>
      <w:r>
        <w:t>- Standard office environment with frequent in-person interaction.</w:t>
      </w:r>
    </w:p>
    <w:p>
      <w:r>
        <w:t>- Must be able to remain at the reception desk for extended periods.</w:t>
      </w:r>
    </w:p>
    <w:p>
      <w:r>
        <w:t>- Occasional lifting (up to 25 lbs) for office supplies or packages.</w:t>
      </w:r>
    </w:p>
    <w:p>
      <w:r>
        <w:t>- May require flexibility for early morning, evening, or weekend coverage during peak periods.</w:t>
      </w:r>
    </w:p>
    <w:p>
      <w:pPr>
        <w:pStyle w:val="Heading1"/>
      </w:pPr>
      <w:r>
        <w:t>Compensation &amp; Benefits</w:t>
      </w:r>
    </w:p>
    <w:p>
      <w:r>
        <w:t>- Competitive hourly wage or salary commensurate with experience.</w:t>
      </w:r>
    </w:p>
    <w:p>
      <w:r>
        <w:t>- Benefits package may include health, dental, and vision insurance; retirement plan options; paid time off; and professional development opportunities.</w:t>
      </w:r>
    </w:p>
    <w:p>
      <w:pPr>
        <w:pStyle w:val="Heading1"/>
      </w:pPr>
      <w:r>
        <w:t>Additional Notes</w:t>
      </w:r>
    </w:p>
    <w:p>
      <w:r>
        <w:t>This position is ideal for individuals who thrive in customer-facing roles, excel in multitasking, and are committed to maintaining organizational excellence at the front desk.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